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509ABC" w14:textId="4E5C6DD2" w:rsidR="00375ABB" w:rsidRDefault="00EA317C">
      <w:pPr>
        <w:pStyle w:val="Ttulo"/>
      </w:pPr>
      <w:proofErr w:type="spellStart"/>
      <w:r>
        <w:t>Datos</w:t>
      </w:r>
      <w:proofErr w:type="spellEnd"/>
      <w:r>
        <w:t xml:space="preserve"> </w:t>
      </w:r>
      <w:proofErr w:type="spellStart"/>
      <w:r>
        <w:t>académicos</w:t>
      </w:r>
      <w:proofErr w:type="spellEnd"/>
      <w:r>
        <w:t xml:space="preserve"> de 50 </w:t>
      </w:r>
      <w:proofErr w:type="spellStart"/>
      <w:r>
        <w:t>estudiante</w:t>
      </w:r>
      <w:r w:rsidR="000B181E">
        <w:t>s</w:t>
      </w:r>
      <w:proofErr w:type="spellEnd"/>
    </w:p>
    <w:p w14:paraId="0F4D1390" w14:textId="77777777" w:rsidR="00375ABB" w:rsidRDefault="00EA317C">
      <w:r>
        <w:t>1. Teófila Olmo Vázquez, 12 años, calificaciones - Matemática: 18.0, Computación: 13.9, Comunicación: 12.7, Historia: 14.3, Ciencia: 19.2.</w:t>
      </w:r>
      <w:r>
        <w:br/>
      </w:r>
      <w:r>
        <w:br/>
        <w:t xml:space="preserve">2. Juanito Sosa-Rueda, 15 años, calificaciones - Matemática: 15.1, </w:t>
      </w:r>
      <w:r>
        <w:t>Computación: 15.1, Comunicación: 19.2, Historia: 14.5, Ciencia: 16.1.</w:t>
      </w:r>
      <w:r>
        <w:br/>
      </w:r>
      <w:r>
        <w:br/>
        <w:t>3. Raimundo Valcárcel Vega, 15 años, calificaciones - Matemática: 17.3, Computación: 12.6, Comunicación: 12.8, Historia: 15.9, Ciencia: 16.2.</w:t>
      </w:r>
      <w:r>
        <w:br/>
      </w:r>
      <w:r>
        <w:br/>
        <w:t>4. Anastasio Isern Heras, 16 años, calific</w:t>
      </w:r>
      <w:r>
        <w:t>aciones - Matemática: 10.3, Computación: 18.4, Comunicación: 11.5, Historia: 19.7, Ciencia: 11.9.</w:t>
      </w:r>
      <w:r>
        <w:br/>
      </w:r>
      <w:r>
        <w:br/>
        <w:t>5. Nieves Palomares, 16 años, calificaciones - Matemática: 15.5, Computación: 15.5, Comunicación: 19.2, Historia: 11.9, Ciencia: 18.2.</w:t>
      </w:r>
      <w:r>
        <w:br/>
      </w:r>
      <w:r>
        <w:br/>
        <w:t>6. Marcio Arana Viñas</w:t>
      </w:r>
      <w:r>
        <w:t>, 12 años, calificaciones - Matemática: 10.8, Computación: 14.9, Comunicación: 10.6, Historia: 19.3, Ciencia: 11.2.</w:t>
      </w:r>
      <w:r>
        <w:br/>
      </w:r>
      <w:r>
        <w:br/>
        <w:t>7. Ceferino Galán Dominguez, 16 años, calificaciones - Matemática: 11.6, Computación: 14.4, Comunicación: 13.6, Historia: 12.2, Ciencia: 13</w:t>
      </w:r>
      <w:r>
        <w:t>.8.</w:t>
      </w:r>
      <w:r>
        <w:br/>
      </w:r>
      <w:r>
        <w:br/>
        <w:t>8. Paulino Morán, 14 años, calificaciones - Matemática: 14.8, Computación: 13.6, Comunicación: 13.3, Historia: 16.1, Ciencia: 10.5.</w:t>
      </w:r>
      <w:r>
        <w:br/>
      </w:r>
      <w:r>
        <w:br/>
        <w:t>9. Coral Hervia Niño, 16 años, calificaciones - Matemática: 15.2, Computación: 18.6, Comunicación: 15.4, Historia: 14.</w:t>
      </w:r>
      <w:r>
        <w:t>4, Ciencia: 12.9.</w:t>
      </w:r>
      <w:r>
        <w:br/>
      </w:r>
      <w:r>
        <w:br/>
        <w:t>10. Marta Estrada Otero, 14 años, calificaciones - Matemática: 13.1, Computación: 19.5, Comunicación: 17.8, Historia: 17.0, Ciencia: 13.1.</w:t>
      </w:r>
      <w:r>
        <w:br/>
      </w:r>
      <w:r>
        <w:br/>
        <w:t>11. Fabián Pera, 15 años, calificaciones - Matemática: 18.8, Computación: 10.9, Comunicación: 12.</w:t>
      </w:r>
      <w:r>
        <w:t>2, Historia: 14.4, Ciencia: 10.2.</w:t>
      </w:r>
      <w:r>
        <w:br/>
      </w:r>
      <w:r>
        <w:br/>
        <w:t>12. Jordi Escobar-Ríos, 14 años, calificaciones - Matemática: 15.0, Computación: 13.9, Comunicación: 16.2, Historia: 12.1, Ciencia: 14.0.</w:t>
      </w:r>
      <w:r>
        <w:br/>
      </w:r>
      <w:r>
        <w:br/>
        <w:t xml:space="preserve">13. Abril Marquez Quero, 13 años, calificaciones - Matemática: 17.5, Computación: </w:t>
      </w:r>
      <w:r>
        <w:t>17.0, Comunicación: 18.8, Historia: 11.0, Ciencia: 17.7.</w:t>
      </w:r>
      <w:r>
        <w:br/>
      </w:r>
      <w:r>
        <w:br/>
      </w:r>
      <w:r>
        <w:lastRenderedPageBreak/>
        <w:t>14. Fito Morcillo Silva, 16 años, calificaciones - Matemática: 15.6, Computación: 17.5, Comunicación: 19.8, Historia: 14.0, Ciencia: 13.7.</w:t>
      </w:r>
      <w:r>
        <w:br/>
      </w:r>
      <w:r>
        <w:br/>
        <w:t>15. Chema del Mascaró, 13 años, calificaciones - Matemátic</w:t>
      </w:r>
      <w:r>
        <w:t>a: 13.4, Computación: 18.9, Comunicación: 13.7, Historia: 18.3, Ciencia: 18.6.</w:t>
      </w:r>
      <w:r>
        <w:br/>
      </w:r>
      <w:r>
        <w:br/>
        <w:t>16. Trini Niño Jerez, 12 años, calificaciones - Matemática: 16.7, Computación: 11.7, Comunicación: 19.6, Historia: 15.7, Ciencia: 16.0.</w:t>
      </w:r>
      <w:r>
        <w:br/>
      </w:r>
      <w:r>
        <w:br/>
        <w:t>17. Bernardo Roura España, 14 años, cal</w:t>
      </w:r>
      <w:r>
        <w:t>ificaciones - Matemática: 11.1, Computación: 15.0, Comunicación: 16.0, Historia: 10.8, Ciencia: 11.1.</w:t>
      </w:r>
      <w:r>
        <w:br/>
      </w:r>
      <w:r>
        <w:br/>
        <w:t>18. Lucio Verdú Arias, 14 años, calificaciones - Matemática: 11.1, Computación: 16.8, Comunicación: 14.0, Historia: 10.4, Ciencia: 14.2.</w:t>
      </w:r>
      <w:r>
        <w:br/>
      </w:r>
      <w:r>
        <w:br/>
        <w:t>19. Ruperta Her</w:t>
      </w:r>
      <w:r>
        <w:t>rera Raya, 15 años, calificaciones - Matemática: 11.6, Computación: 13.6, Comunicación: 18.0, Historia: 16.7, Ciencia: 17.3.</w:t>
      </w:r>
      <w:r>
        <w:br/>
      </w:r>
      <w:r>
        <w:br/>
        <w:t xml:space="preserve">20. Onofre Fabio Belda Agustí, 12 años, calificaciones - Matemática: 18.0, Computación: 19.4, Comunicación: 11.2, Historia: 14.3, </w:t>
      </w:r>
      <w:r>
        <w:t>Ciencia: 12.1.</w:t>
      </w:r>
      <w:r>
        <w:br/>
      </w:r>
      <w:r>
        <w:br/>
        <w:t>21. José Rivero Cuadrado, 15 años, calificaciones - Matemática: 13.5, Computación: 11.7, Comunicación: 11.9, Historia: 17.8, Ciencia: 12.6.</w:t>
      </w:r>
      <w:r>
        <w:br/>
      </w:r>
      <w:r>
        <w:br/>
        <w:t>22. Luis Ángel Pelayo Mayoral, 12 años, calificaciones - Matemática: 17.2, Computación: 10.7, Comun</w:t>
      </w:r>
      <w:r>
        <w:t>icación: 10.7, Historia: 17.3, Ciencia: 16.3.</w:t>
      </w:r>
      <w:r>
        <w:br/>
      </w:r>
      <w:r>
        <w:br/>
        <w:t>23. Maura Rosalía Mercader Tejada, 16 años, calificaciones - Matemática: 15.6, Computación: 18.3, Comunicación: 12.9, Historia: 15.5, Ciencia: 16.8.</w:t>
      </w:r>
      <w:r>
        <w:br/>
      </w:r>
      <w:r>
        <w:br/>
        <w:t>24. Apolinar Gonzalo Somoza, 16 años, calificaciones - Mate</w:t>
      </w:r>
      <w:r>
        <w:t>mática: 19.1, Computación: 13.2, Comunicación: 18.5, Historia: 11.4, Ciencia: 12.2.</w:t>
      </w:r>
      <w:r>
        <w:br/>
      </w:r>
      <w:r>
        <w:br/>
        <w:t>25. Lilia del Catalán, 15 años, calificaciones - Matemática: 11.1, Computación: 12.4, Comunicación: 10.9, Historia: 15.1, Ciencia: 16.4.</w:t>
      </w:r>
      <w:r>
        <w:br/>
      </w:r>
      <w:r>
        <w:br/>
        <w:t>26. Heliodoro del Bustos, 13 años</w:t>
      </w:r>
      <w:r>
        <w:t>, calificaciones - Matemática: 15.4, Computación: 19.8, Comunicación: 18.6, Historia: 13.0, Ciencia: 16.6.</w:t>
      </w:r>
      <w:r>
        <w:br/>
      </w:r>
      <w:r>
        <w:br/>
        <w:t>27. Rosa María Rueda-Chamorro, 15 años, calificaciones - Matemática: 15.5, Computación: 17.6, Comunicación: 19.7, Historia: 14.9, Ciencia: 12.0.</w:t>
      </w:r>
      <w:r>
        <w:br/>
      </w:r>
      <w:r>
        <w:br/>
      </w:r>
      <w:r>
        <w:lastRenderedPageBreak/>
        <w:t>28</w:t>
      </w:r>
      <w:r>
        <w:t>. Odalys Cabrero Gras, 15 años, calificaciones - Matemática: 17.3, Computación: 18.9, Comunicación: 17.6, Historia: 16.7, Ciencia: 16.1.</w:t>
      </w:r>
      <w:r>
        <w:br/>
      </w:r>
      <w:r>
        <w:br/>
        <w:t>29. Ema Carreño, 15 años, calificaciones - Matemática: 18.1, Computación: 19.4, Comunicación: 19.8, Historia: 12.2, Ci</w:t>
      </w:r>
      <w:r>
        <w:t>encia: 10.7.</w:t>
      </w:r>
      <w:r>
        <w:br/>
      </w:r>
      <w:r>
        <w:br/>
        <w:t>30. David Ferrándiz Plaza, 15 años, calificaciones - Matemática: 11.7, Computación: 17.1, Comunicación: 12.0, Historia: 13.7, Ciencia: 16.7.</w:t>
      </w:r>
      <w:r>
        <w:br/>
      </w:r>
      <w:r>
        <w:br/>
        <w:t>31. Buenaventura Gregorio Baeza Benitez, 13 años, calificaciones - Matemática: 15.6, Computación: 15</w:t>
      </w:r>
      <w:r>
        <w:t>.1, Comunicación: 14.2, Historia: 15.6, Ciencia: 15.1.</w:t>
      </w:r>
      <w:r>
        <w:br/>
      </w:r>
      <w:r>
        <w:br/>
        <w:t>32. Belen García Montero, 16 años, calificaciones - Matemática: 19.4, Computación: 18.3, Comunicación: 16.1, Historia: 15.0, Ciencia: 14.5.</w:t>
      </w:r>
      <w:r>
        <w:br/>
      </w:r>
      <w:r>
        <w:br/>
        <w:t>33. Ceferino Soto Galván, 16 años, calificaciones - Matemát</w:t>
      </w:r>
      <w:r>
        <w:t>ica: 10.6, Computación: 15.7, Comunicación: 13.9, Historia: 13.8, Ciencia: 16.1.</w:t>
      </w:r>
      <w:r>
        <w:br/>
      </w:r>
      <w:r>
        <w:br/>
        <w:t>34. Feliciana Porras Mendizábal, 16 años, calificaciones - Matemática: 19.8, Computación: 18.6, Comunicación: 19.8, Historia: 16.6, Ciencia: 10.2.</w:t>
      </w:r>
      <w:r>
        <w:br/>
      </w:r>
      <w:r>
        <w:br/>
        <w:t xml:space="preserve">35. Irene Amaya Uribe, 14 </w:t>
      </w:r>
      <w:r>
        <w:t>años, calificaciones - Matemática: 11.8, Computación: 11.7, Comunicación: 19.2, Historia: 16.4, Ciencia: 19.8.</w:t>
      </w:r>
      <w:r>
        <w:br/>
      </w:r>
      <w:r>
        <w:br/>
        <w:t>36. Javier Lerma, 14 años, calificaciones - Matemática: 17.7, Computación: 11.7, Comunicación: 10.3, Historia: 12.6, Ciencia: 12.5.</w:t>
      </w:r>
      <w:r>
        <w:br/>
      </w:r>
      <w:r>
        <w:br/>
        <w:t>37. Plácido</w:t>
      </w:r>
      <w:r>
        <w:t xml:space="preserve"> Chus Rios Solsona, 16 años, calificaciones - Matemática: 18.0, Computación: 10.8, Comunicación: 17.4, Historia: 10.9, Ciencia: 15.1.</w:t>
      </w:r>
      <w:r>
        <w:br/>
      </w:r>
      <w:r>
        <w:br/>
        <w:t>38. Lara Piña, 12 años, calificaciones - Matemática: 15.1, Computación: 10.5, Comunicación: 16.2, Historia: 14.0, Ciencia</w:t>
      </w:r>
      <w:r>
        <w:t>: 12.4.</w:t>
      </w:r>
      <w:r>
        <w:br/>
      </w:r>
      <w:r>
        <w:br/>
        <w:t>39. Itziar Alvarez Pedrero, 16 años, calificaciones - Matemática: 16.5, Computación: 10.7, Comunicación: 19.0, Historia: 12.7, Ciencia: 14.5.</w:t>
      </w:r>
      <w:r>
        <w:br/>
      </w:r>
      <w:r>
        <w:br/>
        <w:t>40. Eli Gallart Baena, 14 años, calificaciones - Matemática: 10.8, Computación: 10.1, Comunicación: 15.1</w:t>
      </w:r>
      <w:r>
        <w:t>, Historia: 10.4, Ciencia: 14.4.</w:t>
      </w:r>
      <w:r>
        <w:br/>
      </w:r>
      <w:r>
        <w:br/>
        <w:t>41. Feliciano de Benet, 13 años, calificaciones - Matemática: 15.5, Computación: 15.2, Comunicación: 15.1, Historia: 10.7, Ciencia: 19.4.</w:t>
      </w:r>
      <w:r>
        <w:br/>
      </w:r>
      <w:r>
        <w:br/>
      </w:r>
      <w:r>
        <w:lastRenderedPageBreak/>
        <w:t>42. Ruben Feijoo Girón, 12 años, calificaciones - Matemática: 10.8, Computación: 19</w:t>
      </w:r>
      <w:r>
        <w:t>.5, Comunicación: 19.9, Historia: 19.9, Ciencia: 11.7.</w:t>
      </w:r>
      <w:r>
        <w:br/>
      </w:r>
      <w:r>
        <w:br/>
        <w:t>43. Fabiola Menendez Saura, 13 años, calificaciones - Matemática: 17.3, Computación: 13.6, Comunicación: 15.1, Historia: 16.6, Ciencia: 11.4.</w:t>
      </w:r>
      <w:r>
        <w:br/>
      </w:r>
      <w:r>
        <w:br/>
        <w:t xml:space="preserve">44. Azucena Ágata Machado Agudo, 16 años, calificaciones </w:t>
      </w:r>
      <w:r>
        <w:t>- Matemática: 13.3, Computación: 15.7, Comunicación: 12.0, Historia: 19.0, Ciencia: 15.3.</w:t>
      </w:r>
      <w:r>
        <w:br/>
      </w:r>
      <w:r>
        <w:br/>
        <w:t>45. Francisca Plaza Padilla, 14 años, calificaciones - Matemática: 18.0, Computación: 11.7, Comunicación: 12.9, Historia: 10.5, Ciencia: 11.4.</w:t>
      </w:r>
      <w:r>
        <w:br/>
      </w:r>
      <w:r>
        <w:br/>
        <w:t>46. Rubén Coca Puerta</w:t>
      </w:r>
      <w:r>
        <w:t>, 16 años, calificaciones - Matemática: 11.1, Computación: 19.7, Comunicación: 12.5, Historia: 11.5, Ciencia: 16.9.</w:t>
      </w:r>
      <w:r>
        <w:br/>
      </w:r>
      <w:r>
        <w:br/>
        <w:t>47. Jafet Pedro-Bellido, 12 años, calificaciones - Matemática: 17.1, Computación: 13.4, Comunicación: 12.3, Historia: 11.4, Ciencia: 17.6.</w:t>
      </w:r>
      <w:r>
        <w:br/>
      </w:r>
      <w:r>
        <w:br/>
        <w:t>48. Sebastián Caballero Ferrándiz, 15 años, calificaciones - Matemática: 15.3, Computación: 13.1, Comunicación: 15.7, Historia: 17.9, Ciencia: 19.3.</w:t>
      </w:r>
      <w:r>
        <w:br/>
      </w:r>
      <w:r>
        <w:br/>
        <w:t>49. Gloria Cándida Perez Lastra, 12 años, calificaciones - Matemática: 16.6, Computación: 10.8, Comunicac</w:t>
      </w:r>
      <w:r>
        <w:t>ión: 15.3, Historia: 12.7, Ciencia: 19.8.</w:t>
      </w:r>
      <w:r>
        <w:br/>
      </w:r>
      <w:r>
        <w:br/>
        <w:t>50. Hernando Aurelio Gilabert Dueñas, 14 años, calificaciones - Matemática: 18.3, Computación: 18.9, Comunicación: 13.9, Historia: 10.6, Ciencia: 17.2.</w:t>
      </w:r>
      <w:r>
        <w:br/>
      </w:r>
      <w:r>
        <w:br/>
      </w:r>
    </w:p>
    <w:sectPr w:rsidR="00375ABB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29E612" w14:textId="77777777" w:rsidR="00EA317C" w:rsidRDefault="00EA317C" w:rsidP="000B181E">
      <w:pPr>
        <w:spacing w:after="0" w:line="240" w:lineRule="auto"/>
      </w:pPr>
      <w:r>
        <w:separator/>
      </w:r>
    </w:p>
  </w:endnote>
  <w:endnote w:type="continuationSeparator" w:id="0">
    <w:p w14:paraId="39BDD012" w14:textId="77777777" w:rsidR="00EA317C" w:rsidRDefault="00EA317C" w:rsidP="000B18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B2ACE2" w14:textId="77777777" w:rsidR="00EA317C" w:rsidRDefault="00EA317C" w:rsidP="000B181E">
      <w:pPr>
        <w:spacing w:after="0" w:line="240" w:lineRule="auto"/>
      </w:pPr>
      <w:r>
        <w:separator/>
      </w:r>
    </w:p>
  </w:footnote>
  <w:footnote w:type="continuationSeparator" w:id="0">
    <w:p w14:paraId="3FA42137" w14:textId="77777777" w:rsidR="00EA317C" w:rsidRDefault="00EA317C" w:rsidP="000B18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B7B3CF" w14:textId="5C4F6684" w:rsidR="000B181E" w:rsidRDefault="000B181E">
    <w:pPr>
      <w:pStyle w:val="Encabezado"/>
    </w:pPr>
    <w:r>
      <w:rPr>
        <w:noProof/>
      </w:rPr>
      <w:drawing>
        <wp:inline distT="0" distB="0" distL="0" distR="0" wp14:anchorId="50468AF1" wp14:editId="3D4D289A">
          <wp:extent cx="647700" cy="629113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/>
                  <a:srcRect l="16111" r="20972" b="13950"/>
                  <a:stretch/>
                </pic:blipFill>
                <pic:spPr bwMode="auto">
                  <a:xfrm>
                    <a:off x="0" y="0"/>
                    <a:ext cx="669241" cy="6500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  <w:r>
      <w:tab/>
    </w:r>
    <w:r w:rsidRPr="000B181E">
      <w:rPr>
        <w:color w:val="1F497D" w:themeColor="text2"/>
      </w:rPr>
      <w:t>HERRAMIENTAS DE 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B181E"/>
    <w:rsid w:val="0015074B"/>
    <w:rsid w:val="0029639D"/>
    <w:rsid w:val="00326F90"/>
    <w:rsid w:val="00375ABB"/>
    <w:rsid w:val="00AA1D8D"/>
    <w:rsid w:val="00B47730"/>
    <w:rsid w:val="00CB0664"/>
    <w:rsid w:val="00EA317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263D9B57"/>
  <w14:defaultImageDpi w14:val="300"/>
  <w15:docId w15:val="{819A4CE9-0142-4353-B6A7-52482A119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1091</Words>
  <Characters>6004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7081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christian manyari</cp:lastModifiedBy>
  <cp:revision>2</cp:revision>
  <dcterms:created xsi:type="dcterms:W3CDTF">2013-12-23T23:15:00Z</dcterms:created>
  <dcterms:modified xsi:type="dcterms:W3CDTF">2025-08-20T22:57:00Z</dcterms:modified>
  <cp:category/>
</cp:coreProperties>
</file>